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Browser Tab Manager - Deep Dive Analysis</w:t>
      </w:r>
    </w:p>
    <w:p>
      <w:pPr>
        <w:jc w:val="center"/>
      </w:pPr>
      <w:r>
        <w:rPr>
          <w:color w:val="0175C2"/>
          <w:sz w:val="28"/>
        </w:rPr>
        <w:t>Complete Technical Documentation</w:t>
      </w:r>
    </w:p>
    <w:p/>
    <w:p>
      <w:pPr>
        <w:pStyle w:val="Heading1"/>
      </w:pPr>
      <w:r>
        <w:t>Introduction</w:t>
      </w:r>
    </w:p>
    <w:p>
      <w:r>
        <w:t>This document provides a comprehensive analysis of the Browser Tab Manager application, a Flutter web application designed to manage browser tabs, bookmarks, and history. The application demonstrates modern Flutter development practices, including state management, service architecture, JavaScript interop, and real-time communication with browser extensions.</w:t>
      </w:r>
    </w:p>
    <w:p>
      <w:pPr>
        <w:pStyle w:val="Heading1"/>
      </w:pPr>
      <w:r>
        <w:t>Application Overview</w:t>
      </w:r>
    </w:p>
    <w:p>
      <w:pPr>
        <w:pStyle w:val="Heading2"/>
      </w:pPr>
      <w:r>
        <w:t>Core Features</w:t>
      </w:r>
    </w:p>
    <w:p>
      <w:pPr>
        <w:pStyle w:val="ListBullet"/>
      </w:pPr>
      <w:r>
        <w:t>Unified interface for managing tabs, bookmarks, and history</w:t>
      </w:r>
    </w:p>
    <w:p>
      <w:pPr>
        <w:pStyle w:val="ListBullet"/>
      </w:pPr>
      <w:r>
        <w:t>Real-time tab tracking via browser extension integration</w:t>
      </w:r>
    </w:p>
    <w:p>
      <w:pPr>
        <w:pStyle w:val="ListBullet"/>
      </w:pPr>
      <w:r>
        <w:t>Advanced search and filtering capabilities</w:t>
      </w:r>
    </w:p>
    <w:p>
      <w:pPr>
        <w:pStyle w:val="ListBullet"/>
      </w:pPr>
      <w:r>
        <w:t>Multiple sorting options (recent, title, URL, visit count)</w:t>
      </w:r>
    </w:p>
    <w:p>
      <w:pPr>
        <w:pStyle w:val="ListBullet"/>
      </w:pPr>
      <w:r>
        <w:t>Grid and list view modes</w:t>
      </w:r>
    </w:p>
    <w:p>
      <w:pPr>
        <w:pStyle w:val="ListBullet"/>
      </w:pPr>
      <w:r>
        <w:t>Pin/unpin tabs, close tabs, remove bookmarks</w:t>
      </w:r>
    </w:p>
    <w:p>
      <w:pPr>
        <w:pStyle w:val="ListBullet"/>
      </w:pPr>
      <w:r>
        <w:t>Extension mode for live tab monitoring</w:t>
      </w:r>
    </w:p>
    <w:p>
      <w:pPr>
        <w:pStyle w:val="Heading2"/>
      </w:pPr>
      <w:r>
        <w:t>Technology Stack</w:t>
      </w:r>
    </w:p>
    <w:p>
      <w:pPr>
        <w:pStyle w:val="ListBullet"/>
      </w:pPr>
      <w:r>
        <w:t>Flutter Web - Cross-platform UI framework</w:t>
      </w:r>
    </w:p>
    <w:p>
      <w:pPr>
        <w:pStyle w:val="ListBullet"/>
      </w:pPr>
      <w:r>
        <w:t>Dart - Programming language with sound null safety</w:t>
      </w:r>
    </w:p>
    <w:p>
      <w:pPr>
        <w:pStyle w:val="ListBullet"/>
      </w:pPr>
      <w:r>
        <w:t>Browser Extension - Integration layer</w:t>
      </w:r>
    </w:p>
    <w:p>
      <w:pPr>
        <w:pStyle w:val="ListBullet"/>
      </w:pPr>
      <w:r>
        <w:t>postMessage API - Cross-context communication</w:t>
      </w:r>
    </w:p>
    <w:p>
      <w:pPr>
        <w:pStyle w:val="ListBullet"/>
      </w:pPr>
      <w:r>
        <w:t>JavaScript Interop (dart:js_util) - Browser API access</w:t>
      </w:r>
    </w:p>
    <w:p>
      <w:pPr>
        <w:pStyle w:val="Heading1"/>
      </w:pPr>
      <w:r>
        <w:t>Application Architecture</w:t>
      </w:r>
    </w:p>
    <w:p>
      <w:pPr>
        <w:pStyle w:val="Heading2"/>
      </w:pPr>
      <w:r>
        <w:t>Project Structure</w:t>
      </w:r>
    </w:p>
    <w:p>
      <w:r>
        <w:t>The application follows a clean architecture pattern with clear separation of concerns:</w:t>
      </w:r>
    </w:p>
    <w:p>
      <w:pPr>
        <w:pStyle w:val="ListBullet"/>
      </w:pPr>
      <w:r>
        <w:t>models/ - Data structures and business entities</w:t>
      </w:r>
    </w:p>
    <w:p>
      <w:pPr>
        <w:pStyle w:val="ListBullet"/>
      </w:pPr>
      <w:r>
        <w:t>services/ - Business logic and external integrations</w:t>
      </w:r>
    </w:p>
    <w:p>
      <w:pPr>
        <w:pStyle w:val="ListBullet"/>
      </w:pPr>
      <w:r>
        <w:t>widgets/ - Reusable UI components</w:t>
      </w:r>
    </w:p>
    <w:p>
      <w:pPr>
        <w:pStyle w:val="ListBullet"/>
      </w:pPr>
      <w:r>
        <w:t>screens/ - Main application views</w:t>
      </w:r>
    </w:p>
    <w:p>
      <w:pPr>
        <w:pStyle w:val="ListBullet"/>
      </w:pPr>
      <w:r>
        <w:t>constants/ - Application-wide configuration</w:t>
      </w:r>
    </w:p>
    <w:p>
      <w:pPr>
        <w:pStyle w:val="Heading1"/>
      </w:pPr>
      <w:r>
        <w:t>TabData Model</w:t>
      </w:r>
    </w:p>
    <w:p>
      <w:r>
        <w:t>The TabData class serves as the unified data model for tabs, bookmarks, and history items.</w:t>
      </w:r>
    </w:p>
    <w:p>
      <w:pPr>
        <w:pStyle w:val="Heading2"/>
      </w:pPr>
      <w:r>
        <w:t>Fields</w:t>
      </w:r>
    </w:p>
    <w:p>
      <w:pPr>
        <w:pStyle w:val="ListBullet"/>
      </w:pPr>
      <w:r>
        <w:t>id: String - Unique identifier</w:t>
      </w:r>
    </w:p>
    <w:p>
      <w:pPr>
        <w:pStyle w:val="ListBullet"/>
      </w:pPr>
      <w:r>
        <w:t>title: String - Display title</w:t>
      </w:r>
    </w:p>
    <w:p>
      <w:pPr>
        <w:pStyle w:val="ListBullet"/>
      </w:pPr>
      <w:r>
        <w:t>url: String - Web address</w:t>
      </w:r>
    </w:p>
    <w:p>
      <w:pPr>
        <w:pStyle w:val="ListBullet"/>
      </w:pPr>
      <w:r>
        <w:t>favicon: String - Icon URL or data URI</w:t>
      </w:r>
    </w:p>
    <w:p>
      <w:pPr>
        <w:pStyle w:val="ListBullet"/>
      </w:pPr>
      <w:r>
        <w:t>lastAccessed: DateTime - Last access timestamp</w:t>
      </w:r>
    </w:p>
    <w:p>
      <w:pPr>
        <w:pStyle w:val="ListBullet"/>
      </w:pPr>
      <w:r>
        <w:t>isPinned: bool - Pin status (tabs only)</w:t>
      </w:r>
    </w:p>
    <w:p>
      <w:pPr>
        <w:pStyle w:val="ListBullet"/>
      </w:pPr>
      <w:r>
        <w:t>type: String - Item type ("tab", "bookmark", or "history")</w:t>
      </w:r>
    </w:p>
    <w:p>
      <w:pPr>
        <w:pStyle w:val="ListBullet"/>
      </w:pPr>
      <w:r>
        <w:t>visitCount: int? - Optional visit counter</w:t>
      </w:r>
    </w:p>
    <w:p>
      <w:pPr>
        <w:pStyle w:val="ListBullet"/>
      </w:pPr>
      <w:r>
        <w:t>folder: String? - Optional folder name</w:t>
      </w:r>
    </w:p>
    <w:p>
      <w:pPr>
        <w:pStyle w:val="Heading2"/>
      </w:pPr>
      <w:r>
        <w:t>Key Concepts</w:t>
      </w:r>
    </w:p>
    <w:p>
      <w:pPr>
        <w:pStyle w:val="ListBullet"/>
      </w:pPr>
      <w:r>
        <w:t>Required parameters - Must be provided during construction</w:t>
      </w:r>
    </w:p>
    <w:p>
      <w:pPr>
        <w:pStyle w:val="ListBullet"/>
      </w:pPr>
      <w:r>
        <w:t>Default values - Sensible defaults for optional parameters</w:t>
      </w:r>
    </w:p>
    <w:p>
      <w:pPr>
        <w:pStyle w:val="ListBullet"/>
      </w:pPr>
      <w:r>
        <w:t>Null safety - Using ? operator for optional fields</w:t>
      </w:r>
    </w:p>
    <w:p>
      <w:pPr>
        <w:pStyle w:val="ListBullet"/>
      </w:pPr>
      <w:r>
        <w:t>Initializer list - Setting lastAccessed with ?? null-coalescing</w:t>
      </w:r>
    </w:p>
    <w:p>
      <w:pPr>
        <w:pStyle w:val="ListBullet"/>
      </w:pPr>
      <w:r>
        <w:t>Factory constructor - fromJson() for JSON deserialization</w:t>
      </w:r>
    </w:p>
    <w:p>
      <w:pPr>
        <w:pStyle w:val="ListBullet"/>
      </w:pPr>
      <w:r>
        <w:t>Type discrimination - Using type field to distinguish items</w:t>
      </w:r>
    </w:p>
    <w:p>
      <w:pPr>
        <w:pStyle w:val="Heading1"/>
      </w:pPr>
      <w:r>
        <w:t>Extension Service</w:t>
      </w:r>
    </w:p>
    <w:p>
      <w:r>
        <w:t>The ExtensionService handles real-time communication with the browser extension using the postMessage API for bidirectional data exchange.</w:t>
      </w:r>
    </w:p>
    <w:p>
      <w:pPr>
        <w:pStyle w:val="Heading2"/>
      </w:pPr>
      <w:r>
        <w:t>Communication Pattern</w:t>
      </w:r>
    </w:p>
    <w:p>
      <w:pPr>
        <w:pStyle w:val="ListBullet"/>
      </w:pPr>
      <w:r>
        <w:t>Listens to window messages via html.window.onMessage</w:t>
      </w:r>
    </w:p>
    <w:p>
      <w:pPr>
        <w:pStyle w:val="ListBullet"/>
      </w:pPr>
      <w:r>
        <w:t>Filters messages by source identifier for security</w:t>
      </w:r>
    </w:p>
    <w:p>
      <w:pPr>
        <w:pStyle w:val="ListBullet"/>
      </w:pPr>
      <w:r>
        <w:t>Callback pattern for event handling (onTabsUpdate, onTrackingStart, onTrackingStop)</w:t>
      </w:r>
    </w:p>
    <w:p>
      <w:pPr>
        <w:pStyle w:val="ListBullet"/>
      </w:pPr>
      <w:r>
        <w:t>Sends messages with sendMessage() method</w:t>
      </w:r>
    </w:p>
    <w:p>
      <w:pPr>
        <w:pStyle w:val="ListBullet"/>
      </w:pPr>
      <w:r>
        <w:t>Message types: updateTabs, clear, startTracking, stopTracking, getStatus</w:t>
      </w:r>
    </w:p>
    <w:p>
      <w:pPr>
        <w:pStyle w:val="Heading2"/>
      </w:pPr>
      <w:r>
        <w:t>Message Structure</w:t>
      </w:r>
    </w:p>
    <w:p>
      <w:r>
        <w:t>Messages are JavaScript objects with a source field for identification. The webapp uses "tab-tracker-webapp" as its source identifier, while the extension uses "tab-tracker-extension".</w:t>
      </w:r>
    </w:p>
    <w:p>
      <w:pPr>
        <w:pStyle w:val="Heading1"/>
      </w:pPr>
      <w:r>
        <w:t>Browser API Service</w:t>
      </w:r>
    </w:p>
    <w:p>
      <w:r>
        <w:t>The BrowserApiService acts as a bridge between the Flutter application and browser APIs, using dart:js_util for JavaScript interop.</w:t>
      </w:r>
    </w:p>
    <w:p>
      <w:pPr>
        <w:pStyle w:val="Heading2"/>
      </w:pPr>
      <w:r>
        <w:t>Available Methods</w:t>
      </w:r>
    </w:p>
    <w:p>
      <w:pPr>
        <w:pStyle w:val="ListBullet"/>
      </w:pPr>
      <w:r>
        <w:t>getTabs() - Retrieve all open tabs</w:t>
      </w:r>
    </w:p>
    <w:p>
      <w:pPr>
        <w:pStyle w:val="ListBullet"/>
      </w:pPr>
      <w:r>
        <w:t>getBookmarks() - Retrieve bookmarks</w:t>
      </w:r>
    </w:p>
    <w:p>
      <w:pPr>
        <w:pStyle w:val="ListBullet"/>
      </w:pPr>
      <w:r>
        <w:t>getHistory(limit) - Retrieve browsing history</w:t>
      </w:r>
    </w:p>
    <w:p>
      <w:pPr>
        <w:pStyle w:val="ListBullet"/>
      </w:pPr>
      <w:r>
        <w:t>switchToTab(id) - Activate an existing tab</w:t>
      </w:r>
    </w:p>
    <w:p>
      <w:pPr>
        <w:pStyle w:val="ListBullet"/>
      </w:pPr>
      <w:r>
        <w:t>openTab(url) - Open a new tab</w:t>
      </w:r>
    </w:p>
    <w:p>
      <w:pPr>
        <w:pStyle w:val="ListBullet"/>
      </w:pPr>
      <w:r>
        <w:t>closeTab(id) - Close a tab</w:t>
      </w:r>
    </w:p>
    <w:p>
      <w:pPr>
        <w:pStyle w:val="ListBullet"/>
      </w:pPr>
      <w:r>
        <w:t>togglePinTab(id, pin) - Pin or unpin a tab</w:t>
      </w:r>
    </w:p>
    <w:p>
      <w:pPr>
        <w:pStyle w:val="ListBullet"/>
      </w:pPr>
      <w:r>
        <w:t>removeBookmark(id) - Delete a bookmark</w:t>
      </w:r>
    </w:p>
    <w:p>
      <w:pPr>
        <w:pStyle w:val="Heading2"/>
      </w:pPr>
      <w:r>
        <w:t>JavaScript Interop</w:t>
      </w:r>
    </w:p>
    <w:p>
      <w:r>
        <w:t>The service uses dart:js_util to interact with the window.BrowserAPI object exposed by the browser extension. It handles Promise-to-Future conversion, JSON serialization, and error handling gracefully.</w:t>
      </w:r>
    </w:p>
    <w:p>
      <w:pPr>
        <w:pStyle w:val="Heading1"/>
      </w:pPr>
      <w:r>
        <w:t>TabManagerHome Screen</w:t>
      </w:r>
    </w:p>
    <w:p>
      <w:r>
        <w:t>The main screen of the application, implementing a StatefulWidget with comprehensive state management.</w:t>
      </w:r>
    </w:p>
    <w:p>
      <w:pPr>
        <w:pStyle w:val="Heading2"/>
      </w:pPr>
      <w:r>
        <w:t>State Variables</w:t>
      </w:r>
    </w:p>
    <w:p>
      <w:pPr>
        <w:pStyle w:val="ListBullet"/>
      </w:pPr>
      <w:r>
        <w:t>allItems: List&lt;TabData&gt; - All available items</w:t>
      </w:r>
    </w:p>
    <w:p>
      <w:pPr>
        <w:pStyle w:val="ListBullet"/>
      </w:pPr>
      <w:r>
        <w:t>filteredItems: List&lt;TabData&gt; - Items after search/filter</w:t>
      </w:r>
    </w:p>
    <w:p>
      <w:pPr>
        <w:pStyle w:val="ListBullet"/>
      </w:pPr>
      <w:r>
        <w:t>searchController: TextEditingController - Search input controller</w:t>
      </w:r>
    </w:p>
    <w:p>
      <w:pPr>
        <w:pStyle w:val="ListBullet"/>
      </w:pPr>
      <w:r>
        <w:t>isGridView: bool - Current view mode</w:t>
      </w:r>
    </w:p>
    <w:p>
      <w:pPr>
        <w:pStyle w:val="ListBullet"/>
      </w:pPr>
      <w:r>
        <w:t>sortBy: String - Current sort criteria</w:t>
      </w:r>
    </w:p>
    <w:p>
      <w:pPr>
        <w:pStyle w:val="ListBullet"/>
      </w:pPr>
      <w:r>
        <w:t>filterType: String - Active filter type</w:t>
      </w:r>
    </w:p>
    <w:p>
      <w:pPr>
        <w:pStyle w:val="ListBullet"/>
      </w:pPr>
      <w:r>
        <w:t>isLoading: bool - Loading state</w:t>
      </w:r>
    </w:p>
    <w:p>
      <w:pPr>
        <w:pStyle w:val="ListBullet"/>
      </w:pPr>
      <w:r>
        <w:t>extensionConnected: bool - Extension availability</w:t>
      </w:r>
    </w:p>
    <w:p>
      <w:pPr>
        <w:pStyle w:val="ListBullet"/>
      </w:pPr>
      <w:r>
        <w:t>extensionMode: bool - Real-time tracking status</w:t>
      </w:r>
    </w:p>
    <w:p>
      <w:pPr>
        <w:pStyle w:val="Heading2"/>
      </w:pPr>
      <w:r>
        <w:t>Key Operations</w:t>
      </w:r>
    </w:p>
    <w:p>
      <w:pPr>
        <w:pStyle w:val="ListBullet"/>
      </w:pPr>
      <w:r>
        <w:t>_loadAllData() - Fetches tabs, bookmarks, and history</w:t>
      </w:r>
    </w:p>
    <w:p>
      <w:pPr>
        <w:pStyle w:val="ListBullet"/>
      </w:pPr>
      <w:r>
        <w:t>_filterItems() - Applies search query and type filter</w:t>
      </w:r>
    </w:p>
    <w:p>
      <w:pPr>
        <w:pStyle w:val="ListBullet"/>
      </w:pPr>
      <w:r>
        <w:t>_sortItems() - Sorts items based on selected criteria</w:t>
      </w:r>
    </w:p>
    <w:p>
      <w:pPr>
        <w:pStyle w:val="ListBullet"/>
      </w:pPr>
      <w:r>
        <w:t>_openItem() - Opens or switches to an item</w:t>
      </w:r>
    </w:p>
    <w:p>
      <w:pPr>
        <w:pStyle w:val="ListBullet"/>
      </w:pPr>
      <w:r>
        <w:t>_deleteItem() - Removes tabs or bookmarks</w:t>
      </w:r>
    </w:p>
    <w:p>
      <w:pPr>
        <w:pStyle w:val="ListBullet"/>
      </w:pPr>
      <w:r>
        <w:t>_togglePin() - Toggles tab pin status</w:t>
      </w:r>
    </w:p>
    <w:p>
      <w:pPr>
        <w:pStyle w:val="ListBullet"/>
      </w:pPr>
      <w:r>
        <w:t>_setupExtensionService() - Configures extension callbacks</w:t>
      </w:r>
    </w:p>
    <w:p>
      <w:pPr>
        <w:pStyle w:val="ListBullet"/>
      </w:pPr>
      <w:r>
        <w:t>_startExtensionTracking() - Enables real-time tracking</w:t>
      </w:r>
    </w:p>
    <w:p>
      <w:pPr>
        <w:pStyle w:val="ListBullet"/>
      </w:pPr>
      <w:r>
        <w:t>_stopExtensionTracking() - Disables tracking mode</w:t>
      </w:r>
    </w:p>
    <w:p>
      <w:pPr>
        <w:pStyle w:val="Heading1"/>
      </w:pPr>
      <w:r>
        <w:t>UI Component Library</w:t>
      </w:r>
    </w:p>
    <w:p>
      <w:pPr>
        <w:pStyle w:val="Heading2"/>
      </w:pPr>
      <w:r>
        <w:t>ItemCard Widget</w:t>
      </w:r>
    </w:p>
    <w:p>
      <w:r>
        <w:t>Displays items in grid view with visual card layout. Shows favicon/emoji, type badge, title, URL, visit count, and action buttons.</w:t>
      </w:r>
    </w:p>
    <w:p>
      <w:pPr>
        <w:pStyle w:val="Heading2"/>
      </w:pPr>
      <w:r>
        <w:t>ItemListTile Widget</w:t>
      </w:r>
    </w:p>
    <w:p>
      <w:r>
        <w:t>Displays items in list view with compact horizontal layout. Same functionality as ItemCard but optimized for list display.</w:t>
      </w:r>
    </w:p>
    <w:p>
      <w:pPr>
        <w:pStyle w:val="Heading2"/>
      </w:pPr>
      <w:r>
        <w:t>SearchBar Widget</w:t>
      </w:r>
    </w:p>
    <w:p>
      <w:r>
        <w:t>Provides search input with dynamic hint text based on extension mode. Includes clear button and real-time filtering.</w:t>
      </w:r>
    </w:p>
    <w:p>
      <w:pPr>
        <w:pStyle w:val="Heading2"/>
      </w:pPr>
      <w:r>
        <w:t>FilterChips Widget</w:t>
      </w:r>
    </w:p>
    <w:p>
      <w:r>
        <w:t>Displays filter options (All, Tabs, Bookmarks, History) with item counts. Horizontally scrollable for responsive design.</w:t>
      </w:r>
    </w:p>
    <w:p>
      <w:pPr>
        <w:pStyle w:val="Heading2"/>
      </w:pPr>
      <w:r>
        <w:t>AppBarActions Widget</w:t>
      </w:r>
    </w:p>
    <w:p>
      <w:r>
        <w:t>Contains app bar action buttons: Track/Stop, Refresh, View Toggle, Sort Menu.</w:t>
      </w:r>
    </w:p>
    <w:p>
      <w:pPr>
        <w:pStyle w:val="Heading1"/>
      </w:pPr>
      <w:r>
        <w:t>Design Patterns &amp; Best Practices</w:t>
      </w:r>
    </w:p>
    <w:p>
      <w:pPr>
        <w:pStyle w:val="Heading2"/>
      </w:pPr>
      <w:r>
        <w:t>Architectural Patterns</w:t>
      </w:r>
    </w:p>
    <w:p>
      <w:pPr>
        <w:pStyle w:val="ListBullet"/>
      </w:pPr>
      <w:r>
        <w:t>Service Layer Pattern - Separation of business logic</w:t>
      </w:r>
    </w:p>
    <w:p>
      <w:pPr>
        <w:pStyle w:val="ListBullet"/>
      </w:pPr>
      <w:r>
        <w:t>Factory Pattern - TabData.fromJson() constructor</w:t>
      </w:r>
    </w:p>
    <w:p>
      <w:pPr>
        <w:pStyle w:val="ListBullet"/>
      </w:pPr>
      <w:r>
        <w:t>Repository Pattern - BrowserApiService as data access layer</w:t>
      </w:r>
    </w:p>
    <w:p>
      <w:pPr>
        <w:pStyle w:val="ListBullet"/>
      </w:pPr>
      <w:r>
        <w:t>Callback Pattern - Extension event handling</w:t>
      </w:r>
    </w:p>
    <w:p>
      <w:pPr>
        <w:pStyle w:val="ListBullet"/>
      </w:pPr>
      <w:r>
        <w:t>Observer Pattern - TextEditingController listeners</w:t>
      </w:r>
    </w:p>
    <w:p>
      <w:pPr>
        <w:pStyle w:val="ListBullet"/>
      </w:pPr>
      <w:r>
        <w:t>Strategy Pattern - Dynamic sorting algorithms</w:t>
      </w:r>
    </w:p>
    <w:p>
      <w:pPr>
        <w:pStyle w:val="ListBullet"/>
      </w:pPr>
      <w:r>
        <w:t>StatefulWidget Pattern - Component state management</w:t>
      </w:r>
    </w:p>
    <w:p>
      <w:pPr>
        <w:pStyle w:val="ListBullet"/>
      </w:pPr>
      <w:r>
        <w:t>Composition Pattern - Building complex UI from simple widgets</w:t>
      </w:r>
    </w:p>
    <w:p>
      <w:pPr>
        <w:pStyle w:val="Heading2"/>
      </w:pPr>
      <w:r>
        <w:t>Code Quality Practices</w:t>
      </w:r>
    </w:p>
    <w:p>
      <w:pPr>
        <w:pStyle w:val="ListBullet"/>
      </w:pPr>
      <w:r>
        <w:t>Null Safety - Leveraging Dart's sound null safety</w:t>
      </w:r>
    </w:p>
    <w:p>
      <w:pPr>
        <w:pStyle w:val="ListBullet"/>
      </w:pPr>
      <w:r>
        <w:t>Type Safety - Strong typing throughout codebase</w:t>
      </w:r>
    </w:p>
    <w:p>
      <w:pPr>
        <w:pStyle w:val="ListBullet"/>
      </w:pPr>
      <w:r>
        <w:t>Error Handling - Try-catch blocks and graceful degradation</w:t>
      </w:r>
    </w:p>
    <w:p>
      <w:pPr>
        <w:pStyle w:val="ListBullet"/>
      </w:pPr>
      <w:r>
        <w:t>Separation of Concerns - Clear boundaries between layers</w:t>
      </w:r>
    </w:p>
    <w:p>
      <w:pPr>
        <w:pStyle w:val="ListBullet"/>
      </w:pPr>
      <w:r>
        <w:t>Reusable Components - Stateless widgets for UI</w:t>
      </w:r>
    </w:p>
    <w:p>
      <w:pPr>
        <w:pStyle w:val="ListBullet"/>
      </w:pPr>
      <w:r>
        <w:t>Centralized Configuration - AppConstants class</w:t>
      </w:r>
    </w:p>
    <w:p>
      <w:pPr>
        <w:pStyle w:val="ListBullet"/>
      </w:pPr>
      <w:r>
        <w:t>Async/Await - Proper asynchronous operation handling</w:t>
      </w:r>
    </w:p>
    <w:p>
      <w:pPr>
        <w:pStyle w:val="ListBullet"/>
      </w:pPr>
      <w:r>
        <w:t>Clean Code - Meaningful names and clear structure</w:t>
      </w:r>
    </w:p>
    <w:p>
      <w:pPr>
        <w:pStyle w:val="Heading1"/>
      </w:pPr>
      <w:r>
        <w:t>Application Data Flow</w:t>
      </w:r>
    </w:p>
    <w:p>
      <w:r>
        <w:t>The application follows a unidirectional data flow pattern:</w:t>
      </w:r>
    </w:p>
    <w:p>
      <w:pPr>
        <w:pStyle w:val="ListBullet"/>
      </w:pPr>
      <w:r>
        <w:t>1. User interacts with UI (tap, type, click)</w:t>
      </w:r>
    </w:p>
    <w:p>
      <w:pPr>
        <w:pStyle w:val="ListBullet"/>
      </w:pPr>
      <w:r>
        <w:t>2. Event handler is triggered</w:t>
      </w:r>
    </w:p>
    <w:p>
      <w:pPr>
        <w:pStyle w:val="ListBullet"/>
      </w:pPr>
      <w:r>
        <w:t>3. setState() updates component state</w:t>
      </w:r>
    </w:p>
    <w:p>
      <w:pPr>
        <w:pStyle w:val="ListBullet"/>
      </w:pPr>
      <w:r>
        <w:t>4. Service layer method called (if needed)</w:t>
      </w:r>
    </w:p>
    <w:p>
      <w:pPr>
        <w:pStyle w:val="ListBullet"/>
      </w:pPr>
      <w:r>
        <w:t>5. Browser API or extension processes request</w:t>
      </w:r>
    </w:p>
    <w:p>
      <w:pPr>
        <w:pStyle w:val="ListBullet"/>
      </w:pPr>
      <w:r>
        <w:t>6. Response updates state via setState()</w:t>
      </w:r>
    </w:p>
    <w:p>
      <w:pPr>
        <w:pStyle w:val="ListBullet"/>
      </w:pPr>
      <w:r>
        <w:t>7. Widget tree rebuilds with new state</w:t>
      </w:r>
    </w:p>
    <w:p>
      <w:pPr>
        <w:pStyle w:val="ListBullet"/>
      </w:pPr>
      <w:r>
        <w:t>8. UI displays updated information</w:t>
      </w:r>
    </w:p>
    <w:p>
      <w:pPr>
        <w:pStyle w:val="Heading1"/>
      </w:pPr>
      <w:r>
        <w:t>Technical Challenges &amp; Solutions</w:t>
      </w:r>
    </w:p>
    <w:p>
      <w:pPr>
        <w:pStyle w:val="Heading2"/>
      </w:pPr>
      <w:r>
        <w:t>JavaScript Interop</w:t>
      </w:r>
    </w:p>
    <w:p>
      <w:r>
        <w:t>Challenge: Calling browser APIs from Dart code</w:t>
      </w:r>
    </w:p>
    <w:p>
      <w:r>
        <w:t>Solution: dart:js_util for type-safe JS integration with Promise handling</w:t>
      </w:r>
    </w:p>
    <w:p/>
    <w:p>
      <w:pPr>
        <w:pStyle w:val="Heading2"/>
      </w:pPr>
      <w:r>
        <w:t>Cross-Context Communication</w:t>
      </w:r>
    </w:p>
    <w:p>
      <w:r>
        <w:t>Challenge: Communication between Flutter app and browser extension</w:t>
      </w:r>
    </w:p>
    <w:p>
      <w:r>
        <w:t>Solution: postMessage API with source validation for security</w:t>
      </w:r>
    </w:p>
    <w:p/>
    <w:p>
      <w:pPr>
        <w:pStyle w:val="Heading2"/>
      </w:pPr>
      <w:r>
        <w:t>State Synchronization</w:t>
      </w:r>
    </w:p>
    <w:p>
      <w:r>
        <w:t>Challenge: Keeping UI in sync with dynamic browser state</w:t>
      </w:r>
    </w:p>
    <w:p>
      <w:r>
        <w:t>Solution: Callback pattern with setState() for reactive updates</w:t>
      </w:r>
    </w:p>
    <w:p/>
    <w:p>
      <w:pPr>
        <w:pStyle w:val="Heading2"/>
      </w:pPr>
      <w:r>
        <w:t>Type Safety with Dynamic Data</w:t>
      </w:r>
    </w:p>
    <w:p>
      <w:r>
        <w:t>Challenge: Working with untyped JSON from browser APIs</w:t>
      </w:r>
    </w:p>
    <w:p>
      <w:r>
        <w:t>Solution: Factory constructors with null-safe type conversion</w:t>
      </w:r>
    </w:p>
    <w:p/>
    <w:p>
      <w:pPr>
        <w:pStyle w:val="Heading2"/>
      </w:pPr>
      <w:r>
        <w:t>Real-Time Updates</w:t>
      </w:r>
    </w:p>
    <w:p>
      <w:r>
        <w:t>Challenge: Reflecting browser changes instantly</w:t>
      </w:r>
    </w:p>
    <w:p>
      <w:r>
        <w:t>Solution: Extension service with event-driven architecture</w:t>
      </w:r>
    </w:p>
    <w:p/>
    <w:p>
      <w:pPr>
        <w:pStyle w:val="Heading1"/>
      </w:pPr>
      <w:r>
        <w:t>Key Takeaways</w:t>
      </w:r>
    </w:p>
    <w:p>
      <w:pPr>
        <w:pStyle w:val="ListBullet"/>
      </w:pPr>
      <w:r>
        <w:t>Flutter Web enables building sophisticated web applications with native-like performance</w:t>
      </w:r>
    </w:p>
    <w:p>
      <w:pPr>
        <w:pStyle w:val="ListBullet"/>
      </w:pPr>
      <w:r>
        <w:t>Service layer architecture provides clean separation between UI and business logic</w:t>
      </w:r>
    </w:p>
    <w:p>
      <w:pPr>
        <w:pStyle w:val="ListBullet"/>
      </w:pPr>
      <w:r>
        <w:t>JavaScript interop allows Flutter to integrate with browser-specific APIs</w:t>
      </w:r>
    </w:p>
    <w:p>
      <w:pPr>
        <w:pStyle w:val="ListBullet"/>
      </w:pPr>
      <w:r>
        <w:t>postMessage API enables secure cross-context communication</w:t>
      </w:r>
    </w:p>
    <w:p>
      <w:pPr>
        <w:pStyle w:val="ListBullet"/>
      </w:pPr>
      <w:r>
        <w:t>Factory constructors simplify JSON deserialization with type safety</w:t>
      </w:r>
    </w:p>
    <w:p>
      <w:pPr>
        <w:pStyle w:val="ListBullet"/>
      </w:pPr>
      <w:r>
        <w:t>Callback pattern facilitates reactive programming</w:t>
      </w:r>
    </w:p>
    <w:p>
      <w:pPr>
        <w:pStyle w:val="ListBullet"/>
      </w:pPr>
      <w:r>
        <w:t>StatefulWidget with setState() provides simple yet powerful state management</w:t>
      </w:r>
    </w:p>
    <w:p>
      <w:pPr>
        <w:pStyle w:val="ListBullet"/>
      </w:pPr>
      <w:r>
        <w:t>Composition of simple widgets creates complex, maintainable UIs</w:t>
      </w:r>
    </w:p>
    <w:p>
      <w:pPr>
        <w:pStyle w:val="ListBullet"/>
      </w:pPr>
      <w:r>
        <w:t>Null safety catches potential errors at compile time</w:t>
      </w:r>
    </w:p>
    <w:p>
      <w:pPr>
        <w:pStyle w:val="ListBullet"/>
      </w:pPr>
      <w:r>
        <w:t>Clear project structure improves code maintainability</w:t>
      </w:r>
    </w:p>
    <w:p>
      <w:pPr>
        <w:pStyle w:val="Heading1"/>
      </w:pPr>
      <w:r>
        <w:t>Conclusion</w:t>
      </w:r>
    </w:p>
    <w:p>
      <w:r>
        <w:t>The Browser Tab Manager application demonstrates modern Flutter development practices with a well-architected codebase. The clear separation of concerns, robust error handling, and thoughtful design patterns make it an excellent example of production-quality Flutter web development. The integration with browser extensions showcases Flutter's flexibility in working with platform-specific features while maintaining clean, testable code.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